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בבניינים, במילות קישור ובסימני פיסוק בכתיבה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להפעיל אסטרטגיות הבנת הנקרא לפני, בזמן ואחרי קריאת טקסט ולנסח שאלות ברמות חשיבה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פתיחה והמשך לסיפור קצר תוך שילוב דמות, מקום, בעיה, זמן, חפץ ופתרון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ולתרגל שיחה יומיומית בעברית ברמה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לשון: בניינים, מילות קישור וסימני פיסוק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הִפְעִיל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נִפְעַל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לשון: בניינים, מילות קישור וסימני פיסוק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"לכן" מביעה תוצאה או מסקנה, ואילו "מפני ש" או "כי" מביעות סיבה.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סימן הקריאה מסמן הבעה רגשית, פקודה או קריאה נרגשת.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לשון: בניינים, מילות קישור וסימני פיסוק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לשון: בניינים, מילות קישור וסימני פיסוק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(הוספה)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(תוצאה)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הבנת הנקרא: לפני, בזמן ואחרי הקריאה – הכרת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מפעילים ידע קודם ומנחשים תחזית לפי הכותרת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עצירה ובדיקה אם הבנו את מה שקראנו עד 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הבנת הנקרא: לפני, בזמן ואחרי הקריאה – תרגול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הלוח 'אחרי הקריאה' באתר: רעיון מרכזי, סיכום, הבעת דעה וקישור לחיים.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הבנת הנקרא: לפני, בזמן ואחרי הקריאה – התאמת שלבים לפעולות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(תחזית לפי הכותרת וידע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(עצירה ובדיקת 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(הבעת דעה וקישור לחיים)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(שאלה ברמת חשיבה גבוהה)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הבנת הנקרא: לפני, בזמן ואחרי הקריאה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שטף ודיוק בקריאה בקול – היכרות עם מרכיבי השטף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קצב, דיוק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להשתמש בטון ובדגשים שמתאימים לתוכן ולפיסוק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שטף ודיוק בקריאה בקול – נכון/לא נכון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שטף כולל גם קצב מתאים, וגם דיוק והבעה, לא רק 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תרגול חוזר על אותו טקסט עוזר לקרוא אותו בקצב ובדיוק טובים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שטף ודיוק בקריאה בקול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(עצירה קצרה וסיום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(הפסקה קלה באמצע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(עליית טון בסוף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(הטעמה או הבעת רגש)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שטף ודיוק בקריאה בקול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אוצר מילים: נרדפות, הפכים וביטויים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בעלת 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צירוף מילים קבוע שמשמעותו שונה מהמשמעות המילולית של כל מילה בנפרד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אוצר מילים: נרדפות, הפכים וביטויים – התאמת ביטויים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(לפתוח שיחה במצב מביך ולהקל על האווירה)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(להתחיל במשהו חדש ומאתגר בלי היסוס)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(לדבר בכנות ובאמת)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אוצר מילים: נרדפות, הפכים וביטויים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המורה סיפרה בדיחה קצרה כדי לשבור את הקרח בתחילת השיעור.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לדוגמה: למרות שהבוקר היה קר, אחר הצהריים הפך להיות חם מאוד.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עברית לעולים חדשים: שיחה יומיומית – היכרות עם מילים ומשפטים יומיומיים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(ברכה בתחילת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(שאלת היכרות)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(בקשת כיוון)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(הבעת הכרת תודה)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עברית לעולים חדשים: שיחה יומיומית – שימוש נכון בביטויים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סליחה, תוכל לעזור 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כמה זה עולה?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עברית לעולים חדשים: שיחה יומיומית – דיוק בשימוש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פנייה לא רשמית, חברית, המתאימה לשיחה יומיומית בין מכרים.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מילות נימוס הן חלק חשוב מהתקשורת היומיומית ולא רק מילים בודדות.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עברית לעולים חדשים: שיחה יומיומית – כתיבה ויישום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ממגוון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מנחשים לפי הכותרת מה יקרה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לדמיין את המתואר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שהתלמיד/ה זיהה/תה נכון את הבניין והסבירה דוגמה אחת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שהתלמיד/ה ציין/ה תחזית, שאלה או סיכום הקשורים ישירות לטקסט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שהסיפור כולל את כל רכיבי העלילה שהתבקשו, בלשון רציפה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שישה שיעורים – פרק אחד בכל שיעור, כך שהתלמידים יחוו את כל סוגי הלוחות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מומלץ להתחיל בעמודת הבסיס בכל לוח ולהתקדם בהדרגה, בהתאם לרעיון שלוש הרמות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בכיתה הטרוגנית אפשר לחלק לקבוצות עבודה ולתת לכל קבוצה לעבוד על רמה אחרת באותו פרק במקביל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פרק בכרטיס יציאה קצר כדי לבדוק הבנה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שישה פרקים, כל אחד מבוסס על לוח משימות מהאתר. בכל פרק מגלגלים קוביה דמיונית (או בוחרים שורה) ומבצעים את המשימה בעמודה המתאימה – בסיס, מתקדם או אתגר. אפשר לעבוד לבד, בזוגות או בתחנות, ולהתקדם בקצב אישי.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מספר  ·  לסכם  ·  ידע  ·  לאט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לשון: בניינים, מילות קישור וסימני פיסוק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בניין נמצא הפועל "הסביר"?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פָּעַל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הִפְעִיל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הִתְפַּעֵל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פעלים רבים בבניין הזה מתחילים ב־נ׳ בעבר (כמו נכנס, נשאר) – איזה בניין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פִּעֵל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נִפְעַל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הֻפְעַל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לשון: בניינים, מילות קישור וסימני פיסוק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הקישור "לכן" מביעה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סימן קריאה (!) משמש להבעת רגש חזק או פקודה.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לשון: בניינים, מילות קישור וסימני פיסוק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כתבו את הפועל "סיפר" בהווה, יחיד: הוא __________ סיפור.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לשון: בניינים, מילות קישור וסימני פיסוק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מכיוון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הבנת הנקרא: לפני, בזמן ואחרי הקריאה – הכרת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בשלב 'לפני הקריאה'?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קוראים את הטקסט פעם שנייה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מפעילים ידע קודם ומנחשים תחזית לפי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כותבים סיכום של הטקסט כולו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אסטרטגיה שייכת ל'בזמן הקריאה'?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הבעת דעה אישית על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עצירה ובדיקה אם הבנו את מה שקראנו עד 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בחירת כותרת חדשה לטקסט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הבנת הנקרא: לפני, בזמן ואחרי הקריאה – תרגול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'אחרי הקריאה' עוסק באיתור רעיון מרכזי, סיכום והבעת דעה.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הבנת הנקרא: לפני, בזמן ואחרי הקריאה – התאמת שלבים לפעולות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לפני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עצירה ובדיקת הבנה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בזמן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הבעת דעה וקישור לחיים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אחרי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שאלה ברמת חשיבה גבוהה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מילות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תחזית לפי הכותרת וידע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הבנת הנקרא: לפני, בזמן ואחרי הקריאה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קריאת הטקסט כדאי להפעיל __________ קודם על הנושא.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בזמן הקריאה אפשר לעצור ול__________ את מה שקראנו עד כה.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שטף ודיוק בקריאה בקול – היכרות עם מרכיבי השטף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בלוח המשימות של שטף הקריאה, אילו שלושה מרכיבים נבדקים בשלוש הרמות?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קצב, דיוק והבעה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אוצר מילים, דקדוק ותחביר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ניקוד, שורש ובניין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הכוונה ב"הבעה" בקריאה בקול?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לקרוא כמה שיותר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להשתמש בטון ובדגשים שמתאימים לתוכן ולפיסוק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לדלג על מילים קשות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שטף ודיוק בקריאה בקול – נכון/לא נכון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קריאה שוטפת פירושה לקרוא כמה שיותר מהר, בלי קשר להבנה.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לשפר שטף קריאה על ידי קריאה חוזרת של אותו קטע כמה פעמים.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שטף ודיוק בקריאה בקול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הטעמה או הבעת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עליית טון בסוף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עצירה קצרה וסיום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הפסקה קלה באמצע המשפט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שטף ודיוק בקריאה בקול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קריאה בקצב נכון היא לא מהר מדי ולא __________ מדי.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5 · אוצר מילים: נרדפות, הפכים וביטויים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מילה נרדפת למילה אחרת?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מילה בעלת משמעות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בעלת משמעות הפוכה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צירוף מילים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ההפך (האנטונים) של המילה 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ביטוי בשפה?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צירוף מילים קבוע שמשמעותו שונה מהמשמעות המילולית של כל מילה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בעלת משמעות דומה למילה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הגדרה מילונית של 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אוצר מילים: נרדפות, הפכים וביטויים – התאמת ביטויים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לשבור את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להתחיל במשהו חדש ומאתגר בלי היסוס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לקפוץ למים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לדבר בכנות ובאמת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לפתוח שיחה במצב מביך ולהקל על האווירה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אוצר מילים: נרדפות, הפכים וביטויים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שבו תשתמשו בביטוי "לשבור את הקרח" בהקשר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זוג מילים הפכים וכתבו משפט שמדגים את הניגוד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6 · עברית לעולים חדשים: שיחה יומיומית – היכרות עם מילים ומשפטים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בוקר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הבעת הכרת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איך קוראים 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בקשת כיוון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סליחה, איפה...?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שאלת היכרות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תודה 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ברכה בתחילת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עברית לעולים חדשים: שיחה יומיומית – שימוש נכון בביטויים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משפט מתאים יותר לפנייה למבוגר לא מוכר ברחוב?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סליחה, תוכל לעזור 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היי, תעזור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 קורה, בוא נלך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כשרוצים לשאול על מחיר בחנות, השאלה המתאימה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איפה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זה?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עברית לעולים חדשים: שיחה יומיומית – דיוק בשימוש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'מה נשמע?' משמש בדרך כלל בפנייה רשמית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בשיחה יומיומית נהוג להשתמש גם במילות נימוס קצרות כמו 'בבקשה' ו'תודה'.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עברית לעולים חדשים: שיחה יומיומית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סגורות ממגוון הלוחות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מילת הקישור "אף על פי כן" מביעה יחס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בשלב "לפני הקריאה" התלמידים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מסכמים את הטקסט שקראו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מנחשים לפי הכותרת מה יקרה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בודקים חריזה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פעולה אופיינית לשלב "בזמן הקריאה":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לדמיין את המתואר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לבחור כותרת חדשה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לכתוב המשך לסיפור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לזהות בניין של פועל ולהסביר איך הוא משפיע על המשמעות?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להשתמש באסטרטגיה אחת לפחות לפני, בזמן ואחרי קריאת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גלגלו ולמדו: מרכזי למידה עם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