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ולהשתמש נכון בבניינים, במילות קישור ובסימני פיסוק בכתיבה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להפעיל אסטרטגיות הבנת הנקרא לפני, בזמן ואחרי קריאת טקסט ולנסח שאלות ברמות חשיבה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פתיחה והמשך לסיפור קצר תוך שילוב דמות, מקום, בעיה, זמן, חפץ ופתרון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ולתרגל שיחה יומיומית בעברית ברמה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לשון: בניינים, מילות קישור וסימני פיסוק – זיהוי ושליפה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הִפְעִיל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נִפְעַל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למרות זאת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לשון: בניינים, מילות קישור וסימני פיסוק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"לכן" מביעה תוצאה או מסקנה, ואילו "מפני ש" או "כי" מביעות סיבה.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סימן הקריאה מסמן הבעה רגשית, פקודה או קריאה נרגשת.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לשון: בניינים, מילות קישור וסימני פיסוק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נסגרה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לשון: בניינים, מילות קישור וסימני פיסוק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(ניגוד)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(הוספה)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(תוצאה)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הבנת הנקרא: לפני, בזמן ואחרי הקריאה – הכרת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מפעילים ידע קודם ומנחשים תחזית לפי הכותרת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עצירה ובדיקה אם הבנו את מה שקראנו עד 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טקסט בכל מקצוע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הבנת הנקרא: לפני, בזמן ואחרי הקריאה – תרגול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הלוח 'אחרי הקריאה' באתר: רעיון מרכזי, סיכום, הבעת דעה וקישור לחיים.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הלוח עוסק בשאילת שאלות ברמות חשיבה שונות על הטקסט, לא רק ברמת זיכרון.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הבנת הנקרא: לפני, בזמן ואחרי הקריאה – התאמת שלבים לפעולות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(תחזית לפי הכותרת וידע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(עצירה ובדיקת הבנה)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(הבעת דעה וקישור לחיים)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(שאלה ברמת חשיבה גבוהה)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(זיהוי סוג הטקסט ומבנהו)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הבנת הנקרא: לפני, בזמן ואחרי הקריאה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עבודה עם כל 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שטף ודיוק בקריאה בקול – היכרות עם מרכיבי השטף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קצב, דיוק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להשתמש בטון ובדגשים שמתאימים לתוכן ולפיסוק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לקרוא את המילים בדיוק כפי שהן כתובות, בלי להחליף או להשמיט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שטף ודיוק בקריאה בקול – נכון/לא נכון והשלמות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שטף כולל גם קצב מתאים, וגם דיוק והבעה, לא רק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תרגול חוזר על אותו טקסט עוזר לקרוא אותו בקצב ובדיוק טובים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סימני פיסוק כמו פסיק, נקודה וסימן שאלה מנחים את העצירות והטון בקריאה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שטף ודיוק בקריאה בקול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(עצירה קצרה וסיום 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(הפסקה קלה באמצע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(עליית טון בסוף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(הטעמה או הבעת רגש)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שטף ודיוק בקריאה בקול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לעבור על / לסרוק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אוצר מילים: נרדפות, הפכים וביטויים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בעלת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צירוף מילים קבוע שמשמעותו שונה מהמשמעות המילולית של כל מילה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הסבר של משמעות המילה במילים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אוצר מילים: נרדפות, הפכים וביטויים – התאמת ביטויים למשמעותם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(לפתוח שיחה במצב מביך ולהקל על האווירה)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(להתחיל במשהו חדש ומאתגר בלי היסוס)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(לקוות שלא יקרה דבר רע אחרי אמירה אופטימית)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(לדבר בכנות ובאמת)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(לחפש דבר קטן שקשה מאוד למצוא)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אוצר מילים: נרדפות, הפכים וביטויים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שתי המילים מביעות רגש חיובי, אך "עליז" מדגישה הבעה חיצונית ושמחה רועשת, ואילו "שמח" מתארת רגש פנימי שקט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המורה סיפרה בדיחה קצרה כדי לשבור את הקרח בתחילת השיעור.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למרות שהבוקר היה קר, אחר הצהריים הפך להיות חם מאוד.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לדוגמה: למילים נרדפות יש לרוב גוון שונה (רשמי/יומיומי, חיובי/שלילי), למשל "רזה" לעומת "כחוש" – שתיהן מתארות גוף דק, אך "כחוש" נשמעת שלילית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 לדוגמה: סקרנות – רצון חזק לדעת או להבין דבר מה. נרדפת: עניין. הפכית: אדישות.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עברית לעולים חדשים: שיחה יומיומית – היכרות עם מילים ומשפטים יומיומיים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(ברכה בתחילת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(שאלת היכרות)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(בקשת כיוון)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(הבעת הכרת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(מילת נימוס בבקשה או במתן)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(ברכת פרידה)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6 · עברית לעולים חדשים: שיחה יומיומית – שימוש נכון בביטויים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סליחה, תוכל לעזור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כמה זה עולה?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6 · עברית לעולים חדשים: שיחה יומיומית – דיוק בשימוש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זו פנייה לא רשמית, חברית, המתאימה לשיחה יומיומית בין מכרים.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מילות נימוס הן חלק חשוב מהתקשורת היומיומית ולא רק מילים בודדות.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ביטויי נימוס חיוניים ליצירת תקשורת נכונה ומכבדת.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עברית לעולים חדשים: שיחה יומיומית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דו-שיח של כ-4 שורות עם שאלה (למשל על מחיר), בקשה מנומסת ומשפט תודה בסיום.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ביטויי נימוס מאפשרים תקשורת מכבדת ומובנת בחיי היומיום, לא רק הבנה של מילים בודדות.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מתי... / איפה... / כמה... עם משפט מתאים לכל אחת.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סגורות ממגוון הלוחות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הִפְעִיל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ניגוד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לחבר שתי מילים למילה מורכבת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מנחשים לפי הכותרת מה יקרה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לדמיין את המתואר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קריאה בקצב נכון, בדיוק ובהבעה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דמות, מקום,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דומה במשמעותה למילה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שהתלמיד/ה זיהה/תה נכון את הבניין והסבירה דוגמה אחת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שהתלמיד/ה ציין/ה תחזית, שאלה או סיכום הקשורים ישירות לטקסט שנלמד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המורה בודקת שהסיפור כולל את כל רכיבי העלילה שהתבקשו, בלשון רציפה וברורה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שישה שיעורים – פרק אחד בכל שיעור, כך שהתלמידים יחוו את כל סוגי הלוחות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להתחיל בעמודת הבסיס בכל לוח ולהתקדם בהדרגה, בהתאם לרעיון שלוש הרמות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בכיתה הטרוגנית אפשר לחלק לקבוצות עבודה ולתת לכל קבוצה לעבוד על רמה אחרת באותו פרק במקביל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לסיים כל פרק בכרטיס יציאה קצר כדי לבדוק הבנה לפני המעבר לפרק הבא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גלגלו ולמדו: מרכזי למידה עם 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חלקים. בכל חלק יש משימות לפי לוח מהאתר. בוחרים רמה קלה, בינונית או קשה, וכותבים תשובה.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משפחה, כמו ש.מ.ר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תבנית שבה נוטה הפועל בעברית, כמו פָּעַל או הִפְעִיל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משפטים או רעיונות, כמו כי, לכן, אבל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בכתב שמסמן הפסקה או משמעות, כמו פסיק ונקודה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השערה על תוכן הטקסט לפני הקריאה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ניטור הבנה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עצמית אם מבינים את הטקסט תוך כדי 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המסר או הנושא העיקרי של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שטף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בקצב טבעי, בדיוק ובהבעה מתאימה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נרדפות והפכים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בעלות משמעות דומה או הפוכה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רצף האירועים בסיפור: פתיחה, התפתחות וסיום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לשון: בניינים, מילות קישור וסימני פיסוק – זיהוי ושליפה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הבניין של "הסביר"?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פָּעַל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הִפְעִיל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הִתְפַּעֵל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נִפְעַל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בניין מתחיל ב-נ׳ בעבר?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פִּעֵל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נִפְעַל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הֻפְעַל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פָּעַל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מביעה ניגוד?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למרות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מפני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לשון: בניינים, מילות קישור וסימני פיסוק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הקישור "לכן" מביעה סיבה.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קריאה (!) משמש להבעת רגש חזק או פקודה.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לשון: בניינים, מילות קישור וסימני פיסוק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כתבו את הפועל "סיפר" בהווה, יחיד: הוא __________ 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הפכו את המשפט לסביל בעזרת בניין נִפְעַל: "הילד סגר את הדלת" – הדלת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לשון: בניינים, מילות קישור וסימני פיסוק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מכיוון 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ניגוד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בנוסף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הוספה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הבנת הנקרא: לפני, בזמן ואחרי הקריאה – הכרת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עושים לפני שמתחילים לקרוא 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קוראים את הטקסט פעם שנייה בקול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מפעילים ידע קודם ומנחשים תחזית לפי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סיכום של הטקסט כולו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עונים על שאלות חשיבה גבוהה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תוך כדי הקריאה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הבעת דעה אישית על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עצירה ובדיקה אם הבנו את מה שקראנו עד 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בחירת כותרת חדשה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קישור הטקסט לחיי היומיום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אילו טקסטים אפשר להשתמש בלוח הכללי?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לסיפורים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טקסט בכל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למאמרי 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הבנת הנקרא: לפני, בזמן ואחרי הקריאה – תרגול ומיון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'אחרי הקריאה' עוסק באיתור רעיון מרכזי, סיכום והבעת דעה.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'מילות שאלה' מבקש לשאול שאלות רק ברמת זיכרון פשוטה.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הבנת הנקרא: לפני, בזמן ואחרי הקריאה – התאמת שלבים לפעולות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לפני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עצירה ובדיקת הבנה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ברמת חשיבה גבוהה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אחרי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תחזית לפי הכותרת וידע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מילות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זיהוי סוג הטקסט ומבנהו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עבודה עם כל 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הבעת דעה וקישור לחיים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הבנת הנקרא: לפני, בזמן ואחרי הקריאה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קריאת הטקסט כדאי להפעיל __________ קודם על הנושא.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בזמן הקריאה אפשר לעצור ול__________ את מה שקראנו עד 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הלוח __________ בודק כותרת, מבנה, סוג טקסט ומילות מפתח, ומתאים לכל טקסט.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שטף ודיוק בקריאה בקול – היכרות עם מרכיבי השטף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שלושת הדברים שבודקים בקריאה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קצב, דיוק והבעה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אוצר מילים, דקדוק ותחביר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ניקוד, שורש ובניין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כתיב, פיסוק וסגנון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מתכוונים כשאומרים לקרוא עם הבעה?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כמה שיותר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להשתמש בטון ובדגשים שמתאימים לתוכן ולפיסוק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לדלג על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בלחש כדי לא לטעות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'דיוק' בקריאה?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לקרוא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בקול רם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את המילים בדיוק כפי שהן כתובות, בלי להחליף או להשמיט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לקרוא רק מילים קלות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שטף ודיוק בקריאה בקול – נכון/לא נכון והשלמות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קריאה שוטפת פירושה לקרוא כמה שיותר מהר, בלי קשר להבנה.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לשפר שטף קריאה על ידי קריאה חוזרת של אותו קטע כמה פעמים.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קשר בין סימני הפיסוק בטקסט לבין האופן שבו קוראים אותו בקול.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שטף ודיוק בקריאה בקול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עליית טון בסוף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הטעמה או הבעת רגש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הפסקה קלה באמצע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עצירה קצרה וסיום משפט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שטף ודיוק בקריאה בקול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קריאה בקצב נכון היא לא מהר מדי ולא __________ מדי.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קריאה בקול כדאי ל__________ את הטקסט בעיניים ולהכיר מילים קשות מראש.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אוצר מילים: נרדפות, הפכים וביטויים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מילה נרדפת?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בעלת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בעלת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צירוף מילים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הסבר מילוני של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רחב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ביטוי?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צירוף מילים קבוע שמשמעותו שונה מהמשמעות המילולית של כל מילה בנפרד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בעלת משמעות דומה למילה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הגדרה מילונית של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נרדפת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הגדרה?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הסבר של משמעות המילה במילים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הפוכה במשמעותה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צירוף מילים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נרדפת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אוצר מילים: נרדפות, הפכים וביטויים – התאמת ביטויים למשמעותם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לחפש דבר קטן שקשה מאוד למצוא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לקפוץ למים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לקוות שלא יקרה דבר רע אחרי אמירה אופטימית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לדפוק על עץ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לדבר בכנות ובאמת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לפתוח שיחה במצב מביך ולהקל על האווירה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לחפש מחט בערימת שחת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להתחיל במשהו חדש ומאתגר בלי היסוס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אוצר מילים: נרדפות, הפכים וביטויים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מה ההבדל בגוון המשמעות בין המילים "שמח" ו"עליז", אף שהן נרדפות.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תשתמשו בביטוי "לשבור את הקרח" בהקשר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זוג מילים הפכים וכתבו משפט שמדגים את הניגוד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לא תמיד אפשר להחליף מילה נרדפת אחת באחרת בלי לשנות את גוון המשמעות של המשפט, ותנו דוגמה.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כתבו הגדרה מילונית קצרה למילה "סקרנות", ולאחריה ציינו מילה נרדפת ומילה הפכית 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עברית לעולים חדשים: שיחה יומיומית – היכרות עם מילים ומשפטים יומיומיים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בוקר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שאלת היכרות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איך קוראים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ברכת פרידה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סליחה, איפה...?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מילת נימוס בבקשה או במתן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תודה 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ברכה בתחילת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בבקשה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הבעת הכרת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להתראות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בקשת כיוון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6 · עברית לעולים חדשים: שיחה יומיומית – שימוש נכון בביטויים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משפט הכי מנומס?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סליחה, תוכל לעזור 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היי, תעזור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קורה, בוא נלך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תזוז בבקשה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שואלים כמה עולה דבר?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זה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שואלת מתי?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שואלת על 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6 · עברית לעולים חדשים: שיחה יומיומית – דיוק בשימוש יומיומי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'מה נשמע?' משמש בדרך כלל בפנייה רשמית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בשיחה יומיומית נהוג להשתמש גם במילות נימוס קצרות כמו 'בבקשה' ו'תודה'.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ללמוד ביטויי נימוס כשלומדים שפה חדשה, מספיק לדעת מילים בודדות.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עברית לעולים חדשים: שיחה יומיומית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דו-שיח קצר בין עולה חדש למוכר בחנות מכולת, הכולל שאלה, בקשה ותודה.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בשתי שורות מדוע חשוב ללמוד גם ביטויי נימוס ולא רק מילים בודדות כשלומדים שפה חדשה.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רשמו שלוש מילות שאלה יומיומיות ובנו לכל אחת משפט שאלה שעשוי לשמש עולה חדש/ה בשיחה רגילה.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חזרה מסכמת – שאלות סגורות ממגוון הלוחות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בניין נמצא הפועל "הסביר"?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פָּעַל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פִּעֵל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הִפְעִיל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הִתְפַּעֵל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יחס מבטאת מילת הקישור "אף על פי כן"?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ניגוד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תנאי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מחברים שתי מילים במקף?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לציין הפסקה ארוכה במשפט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לחבר שתי מילים למילה מורכבת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לסיום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להפריד פריטים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לפני שקוראים את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מסכמים את הטקסט שקראו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מנחשים לפי הכותרת מה יקרה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בודקים חריזה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מתקנים שגיאות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בזמן הקריאה 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לדמיין את המתואר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כותרת חדשה לטקסט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המשך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לתרגם את הטקסט לשפה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קריאה שוטפת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קריאה מהירה ככל האפשר בלי לעצור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קריאה בקצב נכון, בדיוק ובהבעה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קריאה שקטה בלבד בלי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דילוג על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מגרילים בתחילת כתיבת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זמן, חפץ, פתרון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דמות, מקום,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נושא, עלילה,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מחבר, עורך, מו״ל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זו מילה נרדפת?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הפוכה במשמעות למילה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דומה במשמעותה למילה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נכתבת זהה אך נהגית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שייכת לשורש שונה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לזהות בניין של פועל ולהסביר איך הוא משפיע על המשמעות?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להשתמש באסטרטגיה אחת לפחות לפני, בזמן ואחרי קריאת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כתבתי סיפור קצר עם דמות, מקום, בעיה ופתרון ברור?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גלגלו ולמדו: מרכזי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