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בבניינים, במילות קישור ובסימני פיסוק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אסטרטגיות הבנת הנקרא לפני, בזמן ואחרי קריאת טקסט ולנסח שאלות ברמות חשיבה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פתיחה והמשך לסיפור קצר תוך שילוב דמות, מקום, בעיה, זמן, חפץ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ולתרגל שיחה יומיומית בעברית ברמה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בניינים, מילות קישור וסימני פיסוק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הִפְעִיל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נִפְעַל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למרות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בניינים, מילות קישור וסימני פיסוק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"לכן" מביעה תוצאה או מסקנה, ואילו "מפני ש" או "כי" מביעות סיבה.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סימן הקריאה מסמן הבעה רגשית, פקודה או קריאה נרגשת.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בניינים, מילות קישור וסימני פיסוק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נסגרה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לשון: בניינים, מילות קישור וסימני פיסוק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הבנת הנקרא: לפני, בזמן ואחרי הקריאה – הכרת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מפעילים ידע קודם ומנחשים תחזית לפי הכותרת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עצירה ובדיקה אם הבנו את מה שקראנו עד 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טקסט בכל מקצוע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הבנת הנקרא: לפני, בזמן ואחרי הקריאה – תרגול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הלוח 'אחרי הקריאה' באתר: רעיון מרכזי, סיכום, הבעת דעה וקישור לחיים.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הלוח עוסק בשאילת שאלות ברמות חשיבה שונות על הטקסט, לא רק ברמת זיכרון.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הבנת הנקרא: לפני, בזמן ואחרי הקריאה – התאמת שלבים לפעולות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(תחזית לפי הכותרת וידע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(עצירה ובדיקת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(הבעת דעה וקישור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(שאלה ברמת חשיבה גבוהה)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(זיהוי סוג הטקסט ומבנהו)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הבנת הנקרא: לפני, בזמן ואחרי הקריאה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עם כל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שטף ודיוק בקריאה בקול – היכרות עם מרכיבי השטף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קצב, דיוק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להשתמש בטון ובדגשים שמתאימים לתוכן ולפיסוק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לקרוא את המילים בדיוק כפי שהן כתובות, בלי להחליף או להשמיט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שטף ודיוק בקריאה בקול – נכון/לא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שטף כולל גם קצב מתאים, וגם דיוק והבעה, לא רק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תרגול חוזר על אותו טקסט עוזר לקרוא אותו בקצב ובדיוק טובים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סימני פיסוק כמו פסיק, נקודה וסימן שאלה מנחים את העצירות והטון בקריאה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שטף ודיוק בקריאה בקול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(עצירה קצרה וסיום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(הפסקה קלה באמצע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(עליית טון בסוף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(הטעמה או הבעת 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שטף ודיוק בקריאה בקול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לעבור על / לסרוק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אוצר מילים: נרדפות, הפכים וביטויים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בעלת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צירוף מילים קבוע שמשמעותו שונה מהמשמעות המילולית של כל מילה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הסבר של משמעות המילה במילים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אוצר מילים: נרדפות, הפכים וביטויים – התאמת ביטויים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(לפתוח שיחה במצב מביך ולהקל על האווירה)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(להתחיל במשהו חדש ומאתגר בלי היסוס)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(לקוות שלא יקרה דבר רע אחרי אמירה אופטימית)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(לדבר בכנות ובאמת)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(לחפש דבר קטן שקשה מאוד למצוא)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אוצר מילים: נרדפות, הפכים וביטויים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שתי המילים מביעות רגש חיובי, אך "עליז" מדגישה הבעה חיצונית ושמחה רועשת, ואילו "שמח" מתארת רגש פנימי שקט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המורה סיפרה בדיחה קצרה כדי לשבור את הקרח בתחילת השיעור.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למרות שהבוקר היה קר, אחר הצהריים הפך להיות חם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לדוגמה: למילים נרדפות יש לרוב גוון שונה (רשמי/יומיומי, חיובי/שלילי), למשל "רזה" לעומת "כחוש" – שתיהן מתארות גוף דק, אך "כחוש" נשמעת שלילית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לדוגמה: סקרנות – רצון חזק לדעת או להבין דבר מה. נרדפת: עניין. הפכית: אדישות.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עברית לעולים חדשים: שיחה יומיומית – היכרות עם מילים ומשפטים יומיומיים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(ברכה בתחילת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(שאלת היכרות)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(בקשת כיוון)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(הבעת 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(מילת נימוס בבקשה או במתן)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(ברכת פרידה)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עברית לעולים חדשים: שיחה יומיומית – שימוש נכון בביטויים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סליחה, תוכל לעזור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זה עולה?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עברית לעולים חדשים: שיחה יומיומית – דיוק בשימוש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פנייה לא רשמית, חברית, המתאימה לשיחה יומיומית בין מכרים.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מילות נימוס הן חלק חשוב מהתקשורת היומיומית ולא רק מילים בודדות.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ביטויי נימוס חיוניים ליצירת תקשורת נכונה ומכבדת.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עברית לעולים חדשים: שיחה יומיומית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דו-שיח של כ-4 שורות עם שאלה (למשל על מחיר), בקשה מנומסת ומשפט תודה בסיום.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ביטויי נימוס מאפשרים תקשורת מכבדת ומובנת בחיי היומיום, לא רק הבנה של מילים בודדות.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מתי... / איפה... / כמה... עם משפט מתאים לכל אחת.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ממגוון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הִפְעִיל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לחבר שתי מילים למילה מורכבת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מנחשים לפי הכותרת מה יקרה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לדמיין את המתואר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קריאה בקצב נכון, בדיוק ובהבעה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דמות, מקום,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דומה במשמעותה למילה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שהתלמיד/ה זיהה/תה נכון את הבניין והסבירה דוגמה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שהתלמיד/ה ציין/ה תחזית, שאלה או סיכום הקשורים ישירות לטקסט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שהסיפור כולל את כל רכיבי העלילה שהתבקשו, בלשון רציפה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שישה שיעורים – פרק אחד בכל שיעור, כך שהתלמידים יחוו את כל סוגי הלוחות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בעמודת הבסיס בכל לוח ולהתקדם בהדרגה, בהתאם לרעיון שלוש הרמות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בכיתה הטרוגנית אפשר לחלק לקבוצות עבודה ולתת לכל קבוצה לעבוד על רמה אחרת באותו פרק במקביל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פרקים, כל אחד מבוסס על לוח משימות מהאתר. בכל פרק מגלגלים קוביה דמיונית (או בוחרים שורה) ומבצעים את המשימה בעמודה המתאימה – בסיס, מתקדם או אתגר. אפשר לעבוד לבד, בזוגות או בתחנות, ולהתקדם בקצב אישי.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לשון: בניינים, מילות קישור וסימני פיסוק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בניין נמצא הפועל "הסביר"?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פָּעַל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הִפְעִיל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הִתְפַּעֵל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נִפְעַל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פעלים רבים בבניין הזה מתחילים ב־נ׳ בעבר (כמו נכנס, נשאר) – איזה בניין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פִּעֵל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נִפְעַל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הֻפְעַל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פָּעַל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היא מילת קישור שמביעה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למרות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מפני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לשון: בניינים, מילות קישור וסימני פיסוק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"לכן" מביעה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(!) משמש להבעת רגש חזק או פקודה.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לשון: בניינים, מילות קישור וסימני פיסוק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כתבו את הפועל "סיפר" בהווה, יחיד: הוא __________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הפכו את המשפט לסביל בעזרת בניין נִפְעַל: "הילד סגר את הדלת" – הדלת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לשון: בניינים, מילות קישור וסימני פיסוק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מכיוון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הבנת הנקרא: לפני, בזמן ואחרי הקריאה – הכרת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בשלב 'לפני הקריאה'?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הטקסט פעם שנייה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מפעילים ידע קודם ומנחשים תחזית לפי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סיכום של הטקסט כולו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עונים על שאלות חשיבה גבוהה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אסטרטגיה שייכת ל'בזמן הקריאה'?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הבעת דעה אישית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עצירה ובדיקה אם הבנו את מה שקראנו עד 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כותרת חדשה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קישור הטקסט לחיי היומיום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לוח 'עבודה עם כל טקסט' מתאים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לסיפורים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טקסט בכל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למאמרי 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הבנת הנקרא: לפני, בזמן ואחרי הקריאה – תרגול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'אחרי הקריאה' עוסק באיתור רעיון מרכזי, סיכום והבעת 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'מילות שאלה' מבקש לשאול שאלות רק ברמת זיכרון פשוטה.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הבנת הנקרא: לפני, בזמן ואחרי הקריאה – התאמת שלבים לפעולות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זיהוי סוג הטקסט ומבנהו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תחזית לפי הכותרת וידע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ברמת חשיבה גבוהה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עצירה ובדיקת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עבודה עם כל 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הבעת דעה וקישור לחיים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הבנת הנקרא: לפני, בזמן ואחרי הקריאה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קריאת הטקסט כדאי להפעיל __________ קודם על הנושא.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הקריאה אפשר לעצור ול__________ את מה שקראנו עד 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הלוח __________ בודק כותרת, מבנה, סוג טקסט ומילות מפתח, ומתאים לכל טקסט.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שטף ודיוק בקריאה בקול – היכרות עם מרכיבי השטף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בלוח המשימות של שטף הקריאה, אילו שלושה מרכיבים נבדקים בשלוש הרמות?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קצב, דיוק והבעה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אוצר מילים, דקדוק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ניקוד, שורש ובניין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כתיב, פיסוק וסגנון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ב"הבעה" בקריאה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כמה שיותר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להשתמש בטון ובדגשים שמתאימים לתוכן ולפיסוק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בלחש כדי לא לטעות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דיוק בקריאה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בקול רם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את המילים בדיוק כפי שהן כתובות, בלי להחליף או להשמיט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רק מילים קלות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שטף ודיוק בקריאה בקול – נכון/לא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שוטפת פירושה לקרוא כמה שיותר מהר, בלי קשר להבנה.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לשפר שטף קריאה על ידי קריאה חוזרת של אותו קטע כמה פעמים.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קשר בין סימני הפיסוק בטקסט לבין האופן שבו קוראים אותו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שטף ודיוק בקריאה בקול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הפסקה קלה באמצע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עליית טון בסוף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הטעמה או הבעת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עצירה קצרה וסיום 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שטף ודיוק בקריאה בקול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קריאה בקצב נכון היא לא מהר מדי ולא __________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קריאה בקול כדאי ל__________ את הטקסט בעיניים ולהכיר מילים קשות מראש.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אוצר מילים: נרדפות, הפכים וביטויים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נרדפת למילה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בעלת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צירוף מילים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הסבר מילוני של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ההפך (האנטונים) של המילה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ביטוי בשפה?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מילים קבוע שמשמעותו שונה מהמשמעות המילולית של כל מילה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דומה למילה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הגדרה מילונית של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נרדפת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הגדרה של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הסבר של משמעות המילה במילים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הפוכה במשמעותה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צירוף מילים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נרדפת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אוצר מילים: נרדפות, הפכים וביטויים – התאמת ביטויים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לדבר בכנות ובאמת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לקפוץ 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לפתוח שיחה במצב מביך ולהקל על האווירה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לדפוק על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להתחיל במשהו חדש ומאתגר בלי היסוס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לחפש דבר קטן שקשה מאוד למצוא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לחפש מחט בערימת שחת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לקוות שלא יקרה דבר רע אחרי אמירה אופטימית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אוצר מילים: נרדפות, הפכים וביטויים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 ההבדל בגוון המשמעות בין המילים "שמח" ו"עליז", אף שהן נרדפות.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תשתמשו בביטוי "לשבור את הקרח" בהקשר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זוג מילים הפכים וכתבו משפט שמדגים את הניגוד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לא תמיד אפשר להחליף מילה נרדפת אחת באחרת בלי לשנות את גוון המשמעות של המשפט, ותנו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כתבו הגדרה מילונית קצרה למילה "סקרנות", ולאחריה ציינו מילה נרדפת ומילה הפכית 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עברית לעולים חדשים: שיחה יומיומית – היכרות עם מילים ומשפטים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בוקר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 קוראים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בקשת כיוון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סליחה, איפה...?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ברכה בתחילת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תודה 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שאלת היכרות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בבקשה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ברכת פרידה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להתראות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מילת נימוס בבקשה או במתן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עברית לעולים חדשים: שיחה יומיומית – שימוש נכון בביטויים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מתאים יותר לפנייה למבוגר לא מוכר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סליחה, תוכל לעזור 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היי, תעזור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קורה, בוא נלך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תזוז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כשרוצים לשאול על מחיר בחנות, השאלה המתאימה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השאלה המתאימה לשאלה על זמן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מילת השאלה המתאימה לשאלה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עברית לעולים חדשים: שיחה יומיומית – דיוק בשימוש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'מה נשמע?' משמש בדרך כלל בפנייה רשמית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בשיחה יומיומית נהוג להשתמש גם במילות נימוס קצרות כמו 'בבקשה' ו'תודה'.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ללמוד ביטויי נימוס כשלומדים שפה חדשה, מספיק לדעת מילים בודדות.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עברית לעולים חדשים: שיחה יומיומית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דו-שיח קצר בין עולה חדש למוכר בחנות מכולת, הכולל שאלה, בקשה ותודה.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שורות מדוע חשוב ללמוד גם ביטויי נימוס ולא רק מילים בודדות כשלומדים שפה חדשה.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רשמו שלוש מילות שאלה יומיומיות ובנו לכל אחת משפט שאלה שעשוי לשמש עולה חדש/ה בשיחה רגילה.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ממגוון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הפועל "הסביר" שייך לבניין: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פָּעַל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פִּעֵל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הִפְעִיל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הִתְפַּעֵל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מילת הקישור "אף על פי כן" מביעה יחס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נשתמש במקף בין שתי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לציין הפסקה ארוכה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לחבר שתי מילים למילה מורכבת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לסיום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להפריד פריטים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בשלב "לפני הקריאה" התלמידים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מסכמים את הטקסט שקראו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מנחשים לפי הכותרת מה יקרה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בודקים חריזה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מתקנים שגיאות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פעולה אופיינית לשלב "בזמן הקריאה":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לדמיין את המתואר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כותרת חדשה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המשך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את הטקסט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קריאה בשטף טוב כוללת: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קריאה מהירה ככל האפשר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קריאה בקצב נכון, בדיוק ובהבעה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שקטה בלבד בלי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דילוג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בלוח "סיפור בקוביות" שלוש ההגרלות הראשונות הן: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זמן, חפץ,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דמות, מקום,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נושא, עלילה,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מחבר, עורך, מו״ל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מילה נרדפת היא מילה 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הפוכה במשמעות למילה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דומה במשמעותה למילה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נכתבת זהה אך נהגית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שייכת לשורש שונה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בניין של פועל ולהסביר איך הוא משפיע על המשמעות?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להשתמש באסטרטגיה אחת לפחות לפני, בזמן ואחרי קריאת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סיפור קצר עם דמות, מקום, בעיה ופתרון 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גלגלו ולמדו: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